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  <w:shd w:val="clear" w:color="auto" w:fill="D64045"/>
      </w:pPr>
      <w:r>
        <w:rPr>
          <w:rFonts w:ascii="Arial" w:hAnsi="Arial" w:cs="Arial"/>
          <w:b/>
          <w:color w:val="FFFFFF"/>
          <w:sz w:val="32"/>
          <w:rtl w:val="1"/>
          <w:szCs w:val="32"/>
          <w:bCs/>
        </w:rPr>
        <w:t>📘 מהדורה למורה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לזהות התחלה, אמצע וסוף במכתב בעזרת תמונות.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לבחור פנייה וסיום מתאימים מתוך שתי אפשרויות.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לכתוב (או להדביק) מכתב של משפט אחד + ציור.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⏱️ מהלך (45 דק׳)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שלב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מראים מעטפה אמיתית ומכתב. מי שולח? מי מקבל?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א׳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מחברים תמונה ← חלק במכתב.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ב׳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בוחרים בין שתי אפשרויות (מקיפים).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ג׳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גוזרים, מדביקים ומציירים מכתב.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 בתמונות.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🔑 פתרונות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א׳: 👋 = התחלה · 🎨 = מה מספרים · 🤗 = סיום · ✍️ = השם שלי.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ב׳: לסבתא – 👋 שלום סבתא + 🤗 חיבוק גדול. לחבר – 👋 היי + 😊 החבר/ה שלך.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אפשר לעבוד עם כרטיסים גזורים ולהדביק במקום לכתוב.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🛟 מרחב בטוח: לא מחייבים להקריא מכתב אישי. זו תמיכה ולמידה – לא טיפול; כל דבר מדאיג ← ליועצת.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חוברת חנ״מ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ערכה להדפסה • 🧩 חנ״מ • כתיבת מכתב אישי ורשמי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____________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א׳ – מכתב בתמונות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זה המכתב של יוסי לסבתא. הצביעו על כל חלק.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① 📅 3.11.2026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② 👋 שלום סבתא,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③ ❓ מה שלומך?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④ 🎨 היום ציירתי לך ציור.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❤️ אני אוהב/ת אותך.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⑤ 🤗 חיבוק גדול,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⑥ ✍️ יוסי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תמונה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זה?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👋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התחלה – למי כותבים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מספרים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🤗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סיום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✍️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השם שלי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ב׳ – מקיפים את הנכון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כותבים לסבתא. מה מתאים? הקיפו.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איך מתחילים?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👋 שלום סבתא,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🏫 לכבוד המנהלת,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כותבים?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🎨 ציירתי לך ציור.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😴 אני עייף/ה.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איך מסיימים?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🤗 חיבוק גדול,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📋 בכבוד רב,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✂️ גזרו את הכרטיסים והדביקו לפי הסדר: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👋 שלום סבתא,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🎨 ציירתי לך ציור.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🤗 חיבוק גדול,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✍️ ____________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ג׳ – המכתב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הדביקו או כתבו. ציירו ציור במסגרת.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👋 ____________,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📝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🤗 ____________,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✍️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🎨 הציור שלי: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✂️ כרטיס יציאה · שם: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 👋 איך מתחילים מכתב? ◯ שלום ◯ ביי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2. ✍️ מה כותבים בסוף? ◯ השם שלי ◯ התאריך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3. 😊 למי אשלח מכתב? ____________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חוברת חנ״מ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