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  <w:shd w:val="clear" w:color="auto" w:fill="D64045"/>
      </w:pPr>
      <w:r>
        <w:rPr>
          <w:rFonts w:ascii="Arial" w:hAnsi="Arial" w:cs="Arial"/>
          <w:b/>
          <w:color w:val="FFFFFF"/>
          <w:sz w:val="32"/>
          <w:rtl w:val="1"/>
          <w:szCs w:val="32"/>
          <w:bCs/>
        </w:rPr>
        <w:t>📘 מהדורה למורה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לזהות את חלקי המכתב הרשמי (לכבוד, הנדון, שלום רב…).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לנסח בקשה או תלונה בענייניות: בעיה, נימוק והצעה.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לכתוב מייל למורה כמכתב רשמי קצר.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⏱️ מהלך (45 דק׳)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מתי כתבתם פעם בקשה? מה עבד?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א׳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מכתב הבקשה של איתי – זיהוי חלקים ומטרה.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15–27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ב׳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מקרה: תלונה כועסת ← שכתוב ענייני (קודם עש״ן ד״ק!).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27–40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ג׳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כותבים מכתב בקשה או מייל למורה.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40–45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סיכום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כרטיס יציאה.</w:t>
            </w:r>
          </w:p>
        </w:tc>
      </w:tr>
    </w:tbl>
    <w:p/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🔑 פתרונות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א׳: 1 מקום ותאריך · 2 לכבוד · 3 הנדון · 4 פנייה · 5 פתיחה · 6 גוף · 7 סיום · 8 חתימה. מטרה: בקשה להצבת ברזייה. נימוק: תורים ובריאות. הצעה: נקודת מים + עזרה בקישוט ובניקיון.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ב׳ (דוגמה): "נושא: תלונה על איחורים בקו 12 / שלום רב, / ברצוני להתלונן על איחורים חוזרים… ארבע פעמים… אבקש לבדוק ולעדכן. / בברכה, יעל אברהם".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שורת נושא טובה: קצרה ומדויקת, למשל "בקשה לדחיית מועד הגשה – עבודה בגאוגרפיה".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🛟 מרחב בטוח: לא מחייבים להקריא מכתב אישי. זו תמיכה ולמידה – לא טיפול; כל דבר מדאיג ← ליועצת.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1D5FA8"/>
          <w:sz w:val="36"/>
          <w:rtl w:val="1"/>
          <w:szCs w:val="36"/>
          <w:bCs/>
        </w:rPr>
        <w:t>✉️ דואר המכתבים – חוברת חט״ב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2"/>
          <w:rtl w:val="1"/>
          <w:szCs w:val="22"/>
        </w:rPr>
        <w:t>ערכה להדפסה • 🧭 חט״ב • כתיבת מכתב אישי ורשמי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____________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חלק א׳ – מכתב רשמי: איך הוא בנוי?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איתי כתב מכתב בקשה למנהלת בשם מועצת התלמידים. קראו וענו.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① חולון, 9.11.2026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② לכבוד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גב׳ מיכל אדלר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מנהלת בית הספר</w:t>
      </w:r>
    </w:p>
    <w:p>
      <w:pPr>
        <w:bidi w:val="1"/>
        <w:spacing w:after="20"/>
        <w:jc w:val="center"/>
        <w:shd w:val="clear" w:color="auto" w:fill="FFFDF6"/>
      </w:pPr>
      <w:r>
        <w:rPr>
          <w:rFonts w:ascii="Arial" w:hAnsi="Arial" w:cs="Arial"/>
          <w:b/>
          <w:sz w:val="24"/>
          <w:rtl w:val="1"/>
          <w:szCs w:val="24"/>
          <w:bCs/>
        </w:rPr>
        <w:t>③ הנדון: בקשה להצבת ברזייה נוספת בחצר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④ שלום רב,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⑤ אני פונה אלייך בשם מועצת התלמידים של שכבת ח׳.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⑥ בהפסקה הארוכה מתארך התור לברזייה היחידה בחצר, ותלמידים רבים חוזרים לשיעור בלי ששתו. בימים חמים זה פוגע בריכוז ובבריאות.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בדקנו עם אב הבית, ולדבריו יש נקודת מים ליד מגרש הכדורסל. נשמח לעזור בקישוט הברזייה ובשמירה על הניקיון סביבה.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⑦ אודה לך אם תשקלי את הבקשה ותעדכני אותנו בהחלטתך.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בברכה,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⑧ איתי לוי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נציג שכבת ח׳ במועצת התלמידים</w:t>
      </w:r>
    </w:p>
    <w:p/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כתבו את שם החלק ליד כל מספר (1–8).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מה הבקשה של איתי? 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איזה נימוק הוא נותן? 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איזו הצעה מראה שהתלמידים לוקחים אחריות? ____________________</w:t>
      </w:r>
    </w:p>
    <w:p>
      <w:r>
        <w:br w:type="page"/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חלק ב׳ – מקרה: מייל שנכתב בכעס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יעל איחרה שוב בגלל ההסעה, ושלחה את המייל הזה. מה הבעיה בו?</w:t>
      </w:r>
    </w:p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נושא: !!!!!!</w:t>
      </w:r>
    </w:p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אתם הכי גרועים בעולם!!! ההסעה תמיד מאחרת ובגללכם אני מאחרת לשיעור. תסדרו את זה כבר.</w:t>
      </w:r>
    </w:p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ביי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סמנו 3 דברים שהופכים את המייל ללא יעיל.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🧯 לפני שכותבים מחדש – עש״ן ד״ק: עוצרים, מרפים שרירים, נושמים, אומרים לעצמנו "אני יכול/ה לכתוב בנימוס", וקדימה.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כתבו את המייל מחדש: נושא ברור, פנייה, עובדות (מתי? כמה?), בקשה וחתימה.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חלק ג׳ – כותבים מכתב רשמי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בחרו: מכתב בקשה למנהל/ת על שינוי אחד בבית הספר, או מייל למורה עם בקשה. בדקו את עצמכם: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מקום ותאריך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לכבוד + שם + תפקיד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הנדון / שורת נושא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"שלום רב,"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בעיה ← נימוק ← הצעה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סיום מנומס + "בברכה,"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חתימה + כיתה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✂️ כרטיס יציאה · שם: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1. מה כותבים בהנדון, ולמה זה חשוב?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2. שורת נושא טובה למייל למורה: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3. על מה הייתי רוצה לכתוב מכתב בקשה? ____________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✉️ דואר המכתבים – חוברת חט״ב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