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  <w:shd w:val="clear" w:color="auto" w:fill="D64045"/>
      </w:pPr>
      <w:r>
        <w:rPr>
          <w:rFonts w:ascii="Arial" w:hAnsi="Arial" w:cs="Arial"/>
          <w:b/>
          <w:color w:val="FFFFFF"/>
          <w:sz w:val="32"/>
          <w:rtl w:val="1"/>
          <w:szCs w:val="32"/>
          <w:bCs/>
        </w:rPr>
        <w:t>📘 מהדורה למורה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לְהַכִּיר אֶת חֶלְקֵי הַמִּכְתָּב (to know the parts of a letter).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לִכְתֹּב מִכְתָּב קָצָר עִם תַּבְנִית.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להבחין בין "שלום" ו"באהבה" לבין "שלום רב" ו"בברכה".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⏱️ מהלך (45 דק׳)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מילים: מכתב, מעטפה, בול, כתובת (תמונות).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א׳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קוראים בקול את המכתב של מקסים; מחברים חלק ← שם.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ב׳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מיון אישי/רשמי + השלמת המכתב של דוד.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25–40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ג׳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כותבים מכתב עם התבנית ובנק המילים.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40–45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סיכום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 יציאה.</w:t>
            </w:r>
          </w:p>
        </w:tc>
      </w:tr>
    </w:tbl>
    <w:p/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🔑 פתרונות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א׳: 1 מקום ותאריך · 2 פנייה · 3 פתיחה · 4 גוף · 5 סיום · 6 חתימה.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ב׳: אישי – הי, באהבה, מתגעגע, לסבתא. רשמי – שלום רב, בברכה, לכבוד המנהלת, לעירייה.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דוד: "הנדון: שלום" ← "מה שלומך?" · "בכבוד רב" ← "באהבה".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אפשר לכתוב טיוטה בשפת האם ולתרגם יחד.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🛟 מרחב בטוח: לא מחייבים להקריא מכתב אישי. זו תמיכה ולמידה – לא טיפול; כל דבר מדאיג ← ליועצת.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D5FA8"/>
          <w:sz w:val="36"/>
          <w:rtl w:val="1"/>
          <w:szCs w:val="36"/>
          <w:bCs/>
        </w:rPr>
        <w:t>✉️ דואר המכתבים – חוֹבֶרֶת עוֹלִים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2"/>
          <w:rtl w:val="1"/>
          <w:szCs w:val="22"/>
        </w:rPr>
        <w:t>ערכה להדפסה • 🟢 עולים • כתיבת מכתב אישי ורשמי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____________</w:t>
      </w:r>
    </w:p>
    <w:p>
      <w:pPr>
        <w:bidi w:val="1"/>
        <w:spacing w:after="80"/>
        <w:jc w:val="right"/>
        <w:shd w:val="clear" w:color="auto" w:fill="ECFBF1"/>
      </w:pPr>
      <w:r>
        <w:rPr>
          <w:rFonts w:ascii="Arial" w:hAnsi="Arial" w:cs="Arial"/>
          <w:b w:val="0"/>
          <w:sz w:val="24"/>
          <w:rtl w:val="1"/>
          <w:szCs w:val="24"/>
        </w:rPr>
        <w:t>📒 בַּנְק מִלִּים: מִכְתָּב (letter) · מַעֲטָפָה (envelope) · בּוּל (stamp) · כְּתֹבֶת (address) · תַּאֲרִיךְ (date) · שָׁלוֹם (hello) · תּוֹדָה (thank you) · לְהִתְרָאוֹת (goodbye) · חֲתִימָה (signature) · חָבֵר / חֲבֵרָה (friend)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חֵלֶק א׳ – חֶלְקֵי הַמִּכְתָּב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קִרְאוּ אֶת הַמִּכְתָּב שֶׁל מַקְסִים.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6"/>
          <w:rtl w:val="1"/>
          <w:szCs w:val="26"/>
        </w:rPr>
        <w:t>① תֵּל אָבִיב, 3.11.2026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6"/>
          <w:rtl w:val="1"/>
          <w:szCs w:val="26"/>
        </w:rPr>
        <w:t>② שָׁלוֹם דָּנָה,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6"/>
          <w:rtl w:val="1"/>
          <w:szCs w:val="26"/>
        </w:rPr>
        <w:t>③ מַה שְׁלוֹמֵךְ?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6"/>
          <w:rtl w:val="1"/>
          <w:szCs w:val="26"/>
        </w:rPr>
        <w:t>④ אֲנִי בְּיִשְׂרָאֵל כְּבָר חֹדֶשׁ. יֵשׁ לִי כִּתָּה חֲדָשָׁה וְחָבֵר חָדָשׁ. הַשֶּׁמֶשׁ פֹּה חַמָּה מְאוֹד!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6"/>
          <w:rtl w:val="1"/>
          <w:szCs w:val="26"/>
        </w:rPr>
        <w:t>⑤ אֲנִי מִתְגַּעְגֵּעַ אֵלַיִךְ.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6"/>
          <w:rtl w:val="1"/>
          <w:szCs w:val="26"/>
        </w:rPr>
        <w:t>לְהִתְרָאוֹת,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6"/>
          <w:rtl w:val="1"/>
          <w:szCs w:val="26"/>
        </w:rPr>
        <w:t>⑥ מַקְסִים</w:t>
      </w:r>
    </w:p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כִּתְבוּ אֶת הַמִּסְפָּר הַנָּכוֹן: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חֲתִימָה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פְּנִיָּה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מָקוֹם וְתַאֲרִיךְ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סִיּוּם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פְּתִיחָה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גּוּף הַמִּכְתָּב</w:t>
      </w:r>
    </w:p>
    <w:p>
      <w:r>
        <w:br w:type="page"/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חֵלֶק ב׳ – אִישִׁי אוֹ רִשְׁמִי?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הַקִּיפוּ בְּעִגּוּל.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💛 אִישִׁי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📋 רִשְׁמִי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"שָׁלוֹם רַב,"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"הַי!"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"בִּבְרָכָה,"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"בְּאַהֲבָה,"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"לִכְבוֹד הַמְּנַהֶלֶת"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"אֲנִי מִתְגַּעְגֵּעַ אֵלֶיךָ"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מִכְתָּב לְסָבְתָא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מִכְתָּב לָעִירִיָּה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◯</w:t>
            </w:r>
          </w:p>
        </w:tc>
      </w:tr>
    </w:tbl>
    <w:p/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🔧 תַּקְּנוּ אֶת הַמִּכְתָּב שֶׁל דָּוִד: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חֵיפָה, 2.11.2026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שָׁלוֹם סַבְתָּא,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הַנִּדּוֹן: שָׁלוֹם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אֲנִי אוֹהֵב אֶת הַבַּיִת הֶחָדָשׁ.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בְּכָבוֹד רַב,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דָּוִד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חֵלֶק ג׳ – הַמִּכְתָּב שֶׁלִּי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הַשְׁלִימוּ אֶת הַתַּבְנִית. לְמִי? לְחָבֵר, לְסַבְתָּא אוֹ לַמּוֹרָה.</w:t>
      </w:r>
    </w:p>
    <w:p>
      <w:pPr>
        <w:bidi w:val="1"/>
        <w:spacing w:after="60"/>
        <w:jc w:val="right"/>
        <w:shd w:val="clear" w:color="auto" w:fill="FFF7EF"/>
      </w:pPr>
      <w:r>
        <w:rPr>
          <w:rFonts w:ascii="Arial" w:hAnsi="Arial" w:cs="Arial"/>
          <w:b w:val="0"/>
          <w:sz w:val="28"/>
          <w:rtl w:val="1"/>
          <w:szCs w:val="28"/>
        </w:rPr>
        <w:t>שָׁלוֹם ______,</w:t>
      </w:r>
    </w:p>
    <w:p>
      <w:pPr>
        <w:bidi w:val="1"/>
        <w:spacing w:after="60"/>
        <w:jc w:val="right"/>
        <w:shd w:val="clear" w:color="auto" w:fill="FFF7EF"/>
      </w:pPr>
      <w:r>
        <w:rPr>
          <w:rFonts w:ascii="Arial" w:hAnsi="Arial" w:cs="Arial"/>
          <w:b w:val="0"/>
          <w:sz w:val="28"/>
          <w:rtl w:val="1"/>
          <w:szCs w:val="28"/>
        </w:rPr>
        <w:t>מַה ____________?</w:t>
      </w:r>
    </w:p>
    <w:p>
      <w:pPr>
        <w:bidi w:val="1"/>
        <w:spacing w:after="60"/>
        <w:jc w:val="right"/>
        <w:shd w:val="clear" w:color="auto" w:fill="FFF7EF"/>
      </w:pPr>
      <w:r>
        <w:rPr>
          <w:rFonts w:ascii="Arial" w:hAnsi="Arial" w:cs="Arial"/>
          <w:b w:val="0"/>
          <w:sz w:val="28"/>
          <w:rtl w:val="1"/>
          <w:szCs w:val="28"/>
        </w:rPr>
        <w:t>אֲנִי ____________.</w:t>
      </w:r>
    </w:p>
    <w:p>
      <w:pPr>
        <w:bidi w:val="1"/>
        <w:spacing w:after="60"/>
        <w:jc w:val="right"/>
        <w:shd w:val="clear" w:color="auto" w:fill="FFF7EF"/>
      </w:pPr>
      <w:r>
        <w:rPr>
          <w:rFonts w:ascii="Arial" w:hAnsi="Arial" w:cs="Arial"/>
          <w:b w:val="0"/>
          <w:sz w:val="28"/>
          <w:rtl w:val="1"/>
          <w:szCs w:val="28"/>
        </w:rPr>
        <w:t>אֲנִי אוֹהֵב/ת ____________.</w:t>
      </w:r>
    </w:p>
    <w:p>
      <w:pPr>
        <w:bidi w:val="1"/>
        <w:spacing w:after="60"/>
        <w:jc w:val="right"/>
        <w:shd w:val="clear" w:color="auto" w:fill="FFF7EF"/>
      </w:pPr>
      <w:r>
        <w:rPr>
          <w:rFonts w:ascii="Arial" w:hAnsi="Arial" w:cs="Arial"/>
          <w:b w:val="0"/>
          <w:sz w:val="28"/>
          <w:rtl w:val="1"/>
          <w:szCs w:val="28"/>
        </w:rPr>
        <w:t>לְהִתְרָאוֹת,</w:t>
      </w:r>
    </w:p>
    <w:p>
      <w:pPr>
        <w:bidi w:val="1"/>
        <w:spacing w:after="60"/>
        <w:jc w:val="right"/>
        <w:shd w:val="clear" w:color="auto" w:fill="FFF7EF"/>
      </w:pPr>
      <w:r>
        <w:rPr>
          <w:rFonts w:ascii="Arial" w:hAnsi="Arial" w:cs="Arial"/>
          <w:b w:val="0"/>
          <w:sz w:val="28"/>
          <w:rtl w:val="1"/>
          <w:szCs w:val="28"/>
        </w:rPr>
        <w:t>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✂️ כרטיס יציאה · שם: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1. מָה כּוֹתְבִים לְמַעְלָה בְּצַד שְׂמֹאל?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2. "בִּבְרָכָה" – אִישִׁי אוֹ רִשְׁמִי?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3. לְמִי אֲנִי רוֹצֶה לִכְתֹּב? ____________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✉️ דואר המכתבים – חוברת עולים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