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120"/>
        <w:jc w:val="right"/>
        <w:shd w:val="clear" w:color="auto" w:fill="D64045"/>
      </w:pPr>
      <w:r>
        <w:rPr>
          <w:rFonts w:ascii="Arial" w:hAnsi="Arial" w:cs="Arial"/>
          <w:b/>
          <w:color w:val="FFFFFF"/>
          <w:sz w:val="32"/>
          <w:rtl w:val="1"/>
          <w:szCs w:val="32"/>
          <w:bCs/>
        </w:rPr>
        <w:t>📘 מהדורה למורה</w:t>
      </w:r>
    </w:p>
    <w:p>
      <w:pPr>
        <w:bidi w:val="1"/>
        <w:spacing w:after="80"/>
        <w:jc w:val="right"/>
        <w:shd w:val="clear" w:color="auto" w:fill="E7F0FB"/>
      </w:pPr>
      <w:r>
        <w:rPr>
          <w:rFonts w:ascii="Arial" w:hAnsi="Arial" w:cs="Arial"/>
          <w:b/>
          <w:color w:val="1D5FA8"/>
          <w:sz w:val="28"/>
          <w:rtl w:val="1"/>
          <w:szCs w:val="28"/>
          <w:bCs/>
        </w:rPr>
        <w:t>🎯 מטרות</w:t>
      </w:r>
    </w:p>
    <w:p>
      <w:pPr>
        <w:bidi w:val="1"/>
        <w:spacing w:after="40"/>
        <w:jc w:val="right"/>
      </w:pPr>
      <w:r>
        <w:rPr>
          <w:rFonts w:ascii="Arial" w:hAnsi="Arial" w:cs="Arial"/>
          <w:b w:val="0"/>
          <w:sz w:val="24"/>
          <w:rtl w:val="1"/>
          <w:szCs w:val="24"/>
        </w:rPr>
        <w:t>• לזהות את חלקי המכתב האישי ואת תפקידם.</w:t>
      </w:r>
    </w:p>
    <w:p>
      <w:pPr>
        <w:bidi w:val="1"/>
        <w:spacing w:after="40"/>
        <w:jc w:val="right"/>
      </w:pPr>
      <w:r>
        <w:rPr>
          <w:rFonts w:ascii="Arial" w:hAnsi="Arial" w:cs="Arial"/>
          <w:b w:val="0"/>
          <w:sz w:val="24"/>
          <w:rtl w:val="1"/>
          <w:szCs w:val="24"/>
        </w:rPr>
        <w:t>• להבחין בין מכתב אישי לרשמי לפי הנמען והמטרה.</w:t>
      </w:r>
    </w:p>
    <w:p>
      <w:pPr>
        <w:bidi w:val="1"/>
        <w:spacing w:after="40"/>
        <w:jc w:val="right"/>
      </w:pPr>
      <w:r>
        <w:rPr>
          <w:rFonts w:ascii="Arial" w:hAnsi="Arial" w:cs="Arial"/>
          <w:b w:val="0"/>
          <w:sz w:val="24"/>
          <w:rtl w:val="1"/>
          <w:szCs w:val="24"/>
        </w:rPr>
        <w:t>• לכתוב מכתב תודה אישי שלם.</w:t>
      </w:r>
    </w:p>
    <w:p>
      <w:pPr>
        <w:bidi w:val="1"/>
        <w:spacing w:after="80"/>
        <w:jc w:val="right"/>
        <w:shd w:val="clear" w:color="auto" w:fill="E7F0FB"/>
      </w:pPr>
      <w:r>
        <w:rPr>
          <w:rFonts w:ascii="Arial" w:hAnsi="Arial" w:cs="Arial"/>
          <w:b/>
          <w:color w:val="1D5FA8"/>
          <w:sz w:val="28"/>
          <w:rtl w:val="1"/>
          <w:szCs w:val="28"/>
          <w:bCs/>
        </w:rPr>
        <w:t>⏱️ מהלך (45 דק׳)</w:t>
      </w:r>
    </w:p>
    <w:tbl>
      <w:tblPr>
        <w:tblStyle w:val="TableGrid"/>
        <w:tblW w:type="auto" w:w="0"/>
        <w:tblLook w:firstColumn="1" w:firstRow="1" w:lastColumn="0" w:lastRow="0" w:noHBand="0" w:noVBand="1" w:val="04A0"/>
        <w:bidiVisual w:val="1"/>
      </w:tblPr>
      <w:tblGrid>
        <w:gridCol w:w="3513"/>
        <w:gridCol w:w="3513"/>
        <w:gridCol w:w="3513"/>
      </w:tblGrid>
      <w:tr>
        <w:tc>
          <w:tcPr>
            <w:tcW w:type="dxa" w:w="3513"/>
            <w:shd w:val="clear" w:color="auto" w:fill="E7F0FB"/>
          </w:tcPr>
          <w:p>
            <w:pPr>
              <w:bidi w:val="1"/>
              <w:jc w:val="right"/>
            </w:pPr>
            <w:r/>
            <w:r>
              <w:rPr>
                <w:rFonts w:ascii="Arial" w:hAnsi="Arial" w:cs="Arial"/>
                <w:b/>
                <w:sz w:val="21"/>
                <w:rtl w:val="1"/>
                <w:szCs w:val="21"/>
                <w:bCs/>
              </w:rPr>
              <w:t>דק׳</w:t>
            </w:r>
          </w:p>
        </w:tc>
        <w:tc>
          <w:tcPr>
            <w:tcW w:type="dxa" w:w="3513"/>
            <w:shd w:val="clear" w:color="auto" w:fill="E7F0FB"/>
          </w:tcPr>
          <w:p>
            <w:pPr>
              <w:bidi w:val="1"/>
              <w:jc w:val="right"/>
            </w:pPr>
            <w:r/>
            <w:r>
              <w:rPr>
                <w:rFonts w:ascii="Arial" w:hAnsi="Arial" w:cs="Arial"/>
                <w:b/>
                <w:sz w:val="21"/>
                <w:rtl w:val="1"/>
                <w:szCs w:val="21"/>
                <w:bCs/>
              </w:rPr>
              <w:t>שלב</w:t>
            </w:r>
          </w:p>
        </w:tc>
        <w:tc>
          <w:tcPr>
            <w:tcW w:type="dxa" w:w="3513"/>
            <w:shd w:val="clear" w:color="auto" w:fill="E7F0FB"/>
          </w:tcPr>
          <w:p>
            <w:pPr>
              <w:bidi w:val="1"/>
              <w:jc w:val="right"/>
            </w:pPr>
            <w:r/>
            <w:r>
              <w:rPr>
                <w:rFonts w:ascii="Arial" w:hAnsi="Arial" w:cs="Arial"/>
                <w:b/>
                <w:sz w:val="21"/>
                <w:rtl w:val="1"/>
                <w:szCs w:val="21"/>
                <w:bCs/>
              </w:rPr>
              <w:t>מה עושים</w:t>
            </w:r>
          </w:p>
        </w:tc>
      </w:tr>
      <w:tr>
        <w:tc>
          <w:tcPr>
            <w:tcW w:type="dxa" w:w="3513"/>
          </w:tcPr>
          <w:p>
            <w:pPr>
              <w:bidi w:val="1"/>
              <w:jc w:val="right"/>
            </w:pPr>
            <w:r/>
            <w:r>
              <w:rPr>
                <w:rFonts w:ascii="Arial" w:hAnsi="Arial" w:cs="Arial"/>
                <w:b w:val="0"/>
                <w:sz w:val="21"/>
                <w:rtl w:val="1"/>
                <w:szCs w:val="21"/>
              </w:rPr>
              <w:t>0–5</w:t>
            </w:r>
          </w:p>
        </w:tc>
        <w:tc>
          <w:tcPr>
            <w:tcW w:type="dxa" w:w="3513"/>
          </w:tcPr>
          <w:p>
            <w:pPr>
              <w:bidi w:val="1"/>
              <w:jc w:val="right"/>
            </w:pPr>
            <w:r/>
            <w:r>
              <w:rPr>
                <w:rFonts w:ascii="Arial" w:hAnsi="Arial" w:cs="Arial"/>
                <w:b w:val="0"/>
                <w:sz w:val="21"/>
                <w:rtl w:val="1"/>
                <w:szCs w:val="21"/>
              </w:rPr>
              <w:t>פתיחה</w:t>
            </w:r>
          </w:p>
        </w:tc>
        <w:tc>
          <w:tcPr>
            <w:tcW w:type="dxa" w:w="3513"/>
          </w:tcPr>
          <w:p>
            <w:pPr>
              <w:bidi w:val="1"/>
              <w:jc w:val="right"/>
            </w:pPr>
            <w:r/>
            <w:r>
              <w:rPr>
                <w:rFonts w:ascii="Arial" w:hAnsi="Arial" w:cs="Arial"/>
                <w:b w:val="0"/>
                <w:sz w:val="21"/>
                <w:rtl w:val="1"/>
                <w:szCs w:val="21"/>
              </w:rPr>
              <w:t>"המכתב שהכי שמחתי לקבל" – סבב קצר.</w:t>
            </w:r>
          </w:p>
        </w:tc>
      </w:tr>
      <w:tr>
        <w:tc>
          <w:tcPr>
            <w:tcW w:type="dxa" w:w="3513"/>
          </w:tcPr>
          <w:p>
            <w:pPr>
              <w:bidi w:val="1"/>
              <w:jc w:val="right"/>
            </w:pPr>
            <w:r/>
            <w:r>
              <w:rPr>
                <w:rFonts w:ascii="Arial" w:hAnsi="Arial" w:cs="Arial"/>
                <w:b w:val="0"/>
                <w:sz w:val="21"/>
                <w:rtl w:val="1"/>
                <w:szCs w:val="21"/>
              </w:rPr>
              <w:t>5–15</w:t>
            </w:r>
          </w:p>
        </w:tc>
        <w:tc>
          <w:tcPr>
            <w:tcW w:type="dxa" w:w="3513"/>
          </w:tcPr>
          <w:p>
            <w:pPr>
              <w:bidi w:val="1"/>
              <w:jc w:val="right"/>
            </w:pPr>
            <w:r/>
            <w:r>
              <w:rPr>
                <w:rFonts w:ascii="Arial" w:hAnsi="Arial" w:cs="Arial"/>
                <w:b w:val="0"/>
                <w:sz w:val="21"/>
                <w:rtl w:val="1"/>
                <w:szCs w:val="21"/>
              </w:rPr>
              <w:t>חלק א׳</w:t>
            </w:r>
          </w:p>
        </w:tc>
        <w:tc>
          <w:tcPr>
            <w:tcW w:type="dxa" w:w="3513"/>
          </w:tcPr>
          <w:p>
            <w:pPr>
              <w:bidi w:val="1"/>
              <w:jc w:val="right"/>
            </w:pPr>
            <w:r/>
            <w:r>
              <w:rPr>
                <w:rFonts w:ascii="Arial" w:hAnsi="Arial" w:cs="Arial"/>
                <w:b w:val="0"/>
                <w:sz w:val="21"/>
                <w:rtl w:val="1"/>
                <w:szCs w:val="21"/>
              </w:rPr>
              <w:t>קוראים יחד את המכתב של נועה ומספרים את החלקים.</w:t>
            </w:r>
          </w:p>
        </w:tc>
      </w:tr>
      <w:tr>
        <w:tc>
          <w:tcPr>
            <w:tcW w:type="dxa" w:w="3513"/>
          </w:tcPr>
          <w:p>
            <w:pPr>
              <w:bidi w:val="1"/>
              <w:jc w:val="right"/>
            </w:pPr>
            <w:r/>
            <w:r>
              <w:rPr>
                <w:rFonts w:ascii="Arial" w:hAnsi="Arial" w:cs="Arial"/>
                <w:b w:val="0"/>
                <w:sz w:val="21"/>
                <w:rtl w:val="1"/>
                <w:szCs w:val="21"/>
              </w:rPr>
              <w:t>15–25</w:t>
            </w:r>
          </w:p>
        </w:tc>
        <w:tc>
          <w:tcPr>
            <w:tcW w:type="dxa" w:w="3513"/>
          </w:tcPr>
          <w:p>
            <w:pPr>
              <w:bidi w:val="1"/>
              <w:jc w:val="right"/>
            </w:pPr>
            <w:r/>
            <w:r>
              <w:rPr>
                <w:rFonts w:ascii="Arial" w:hAnsi="Arial" w:cs="Arial"/>
                <w:b w:val="0"/>
                <w:sz w:val="21"/>
                <w:rtl w:val="1"/>
                <w:szCs w:val="21"/>
              </w:rPr>
              <w:t>חלק ב׳</w:t>
            </w:r>
          </w:p>
        </w:tc>
        <w:tc>
          <w:tcPr>
            <w:tcW w:type="dxa" w:w="3513"/>
          </w:tcPr>
          <w:p>
            <w:pPr>
              <w:bidi w:val="1"/>
              <w:jc w:val="right"/>
            </w:pPr>
            <w:r/>
            <w:r>
              <w:rPr>
                <w:rFonts w:ascii="Arial" w:hAnsi="Arial" w:cs="Arial"/>
                <w:b w:val="0"/>
                <w:sz w:val="21"/>
                <w:rtl w:val="1"/>
                <w:szCs w:val="21"/>
              </w:rPr>
              <w:t>מיון אישי/רשמי ותיקון המכתב של תמר בזוגות.</w:t>
            </w:r>
          </w:p>
        </w:tc>
      </w:tr>
      <w:tr>
        <w:tc>
          <w:tcPr>
            <w:tcW w:type="dxa" w:w="3513"/>
          </w:tcPr>
          <w:p>
            <w:pPr>
              <w:bidi w:val="1"/>
              <w:jc w:val="right"/>
            </w:pPr>
            <w:r/>
            <w:r>
              <w:rPr>
                <w:rFonts w:ascii="Arial" w:hAnsi="Arial" w:cs="Arial"/>
                <w:b w:val="0"/>
                <w:sz w:val="21"/>
                <w:rtl w:val="1"/>
                <w:szCs w:val="21"/>
              </w:rPr>
              <w:t>25–40</w:t>
            </w:r>
          </w:p>
        </w:tc>
        <w:tc>
          <w:tcPr>
            <w:tcW w:type="dxa" w:w="3513"/>
          </w:tcPr>
          <w:p>
            <w:pPr>
              <w:bidi w:val="1"/>
              <w:jc w:val="right"/>
            </w:pPr>
            <w:r/>
            <w:r>
              <w:rPr>
                <w:rFonts w:ascii="Arial" w:hAnsi="Arial" w:cs="Arial"/>
                <w:b w:val="0"/>
                <w:sz w:val="21"/>
                <w:rtl w:val="1"/>
                <w:szCs w:val="21"/>
              </w:rPr>
              <w:t>חלק ג׳</w:t>
            </w:r>
          </w:p>
        </w:tc>
        <w:tc>
          <w:tcPr>
            <w:tcW w:type="dxa" w:w="3513"/>
          </w:tcPr>
          <w:p>
            <w:pPr>
              <w:bidi w:val="1"/>
              <w:jc w:val="right"/>
            </w:pPr>
            <w:r/>
            <w:r>
              <w:rPr>
                <w:rFonts w:ascii="Arial" w:hAnsi="Arial" w:cs="Arial"/>
                <w:b w:val="0"/>
                <w:sz w:val="21"/>
                <w:rtl w:val="1"/>
                <w:szCs w:val="21"/>
              </w:rPr>
              <w:t>כותבים מכתב תודה על נייר המכתבים (מומלץ לשלוח באמת!).</w:t>
            </w:r>
          </w:p>
        </w:tc>
      </w:tr>
      <w:tr>
        <w:tc>
          <w:tcPr>
            <w:tcW w:type="dxa" w:w="3513"/>
          </w:tcPr>
          <w:p>
            <w:pPr>
              <w:bidi w:val="1"/>
              <w:jc w:val="right"/>
            </w:pPr>
            <w:r/>
            <w:r>
              <w:rPr>
                <w:rFonts w:ascii="Arial" w:hAnsi="Arial" w:cs="Arial"/>
                <w:b w:val="0"/>
                <w:sz w:val="21"/>
                <w:rtl w:val="1"/>
                <w:szCs w:val="21"/>
              </w:rPr>
              <w:t>40–45</w:t>
            </w:r>
          </w:p>
        </w:tc>
        <w:tc>
          <w:tcPr>
            <w:tcW w:type="dxa" w:w="3513"/>
          </w:tcPr>
          <w:p>
            <w:pPr>
              <w:bidi w:val="1"/>
              <w:jc w:val="right"/>
            </w:pPr>
            <w:r/>
            <w:r>
              <w:rPr>
                <w:rFonts w:ascii="Arial" w:hAnsi="Arial" w:cs="Arial"/>
                <w:b w:val="0"/>
                <w:sz w:val="21"/>
                <w:rtl w:val="1"/>
                <w:szCs w:val="21"/>
              </w:rPr>
              <w:t>סיכום</w:t>
            </w:r>
          </w:p>
        </w:tc>
        <w:tc>
          <w:tcPr>
            <w:tcW w:type="dxa" w:w="3513"/>
          </w:tcPr>
          <w:p>
            <w:pPr>
              <w:bidi w:val="1"/>
              <w:jc w:val="right"/>
            </w:pPr>
            <w:r/>
            <w:r>
              <w:rPr>
                <w:rFonts w:ascii="Arial" w:hAnsi="Arial" w:cs="Arial"/>
                <w:b w:val="0"/>
                <w:sz w:val="21"/>
                <w:rtl w:val="1"/>
                <w:szCs w:val="21"/>
              </w:rPr>
              <w:t>כרטיס יציאה.</w:t>
            </w:r>
          </w:p>
        </w:tc>
      </w:tr>
    </w:tbl>
    <w:p/>
    <w:p>
      <w:pPr>
        <w:bidi w:val="1"/>
        <w:spacing w:after="80"/>
        <w:jc w:val="right"/>
        <w:shd w:val="clear" w:color="auto" w:fill="E7F0FB"/>
      </w:pPr>
      <w:r>
        <w:rPr>
          <w:rFonts w:ascii="Arial" w:hAnsi="Arial" w:cs="Arial"/>
          <w:b/>
          <w:color w:val="1D5FA8"/>
          <w:sz w:val="28"/>
          <w:rtl w:val="1"/>
          <w:szCs w:val="28"/>
          <w:bCs/>
        </w:rPr>
        <w:t>🔑 פתרונות</w:t>
      </w:r>
    </w:p>
    <w:p>
      <w:pPr>
        <w:bidi w:val="1"/>
        <w:spacing w:after="40"/>
        <w:jc w:val="right"/>
      </w:pPr>
      <w:r>
        <w:rPr>
          <w:rFonts w:ascii="Arial" w:hAnsi="Arial" w:cs="Arial"/>
          <w:b w:val="0"/>
          <w:sz w:val="24"/>
          <w:rtl w:val="1"/>
          <w:szCs w:val="24"/>
        </w:rPr>
        <w:t>• א׳: 1 מקום ותאריך · 2 פנייה · 3 פתיחה · 4 גוף · 5 סיום וברכה · 6 חתימה · 7 נ״ב.</w:t>
      </w:r>
    </w:p>
    <w:p>
      <w:pPr>
        <w:bidi w:val="1"/>
        <w:spacing w:after="40"/>
        <w:jc w:val="right"/>
      </w:pPr>
      <w:r>
        <w:rPr>
          <w:rFonts w:ascii="Arial" w:hAnsi="Arial" w:cs="Arial"/>
          <w:b w:val="0"/>
          <w:sz w:val="24"/>
          <w:rtl w:val="1"/>
          <w:szCs w:val="24"/>
        </w:rPr>
        <w:t>• ב1: אישי – סבתא, "באהבה", "מתגעגעת", פתק לחבר. רשמי – מנהלת, "שלום רב", "בברכה", עירייה.</w:t>
      </w:r>
    </w:p>
    <w:p>
      <w:pPr>
        <w:bidi w:val="1"/>
        <w:spacing w:after="40"/>
        <w:jc w:val="right"/>
      </w:pPr>
      <w:r>
        <w:rPr>
          <w:rFonts w:ascii="Arial" w:hAnsi="Arial" w:cs="Arial"/>
          <w:b w:val="0"/>
          <w:sz w:val="24"/>
          <w:rtl w:val="1"/>
          <w:szCs w:val="24"/>
        </w:rPr>
        <w:t>• ב2: לכבוד רוני ← רוני היקר · הנדון: הסרט ← למחוק · בכבוד רב ← שלך תמיד · אין חתימה ← תמר.</w:t>
      </w:r>
    </w:p>
    <w:p>
      <w:pPr>
        <w:bidi w:val="1"/>
        <w:spacing w:after="80"/>
        <w:jc w:val="right"/>
        <w:shd w:val="clear" w:color="auto" w:fill="E1F5EF"/>
      </w:pPr>
      <w:r>
        <w:rPr>
          <w:rFonts w:ascii="Arial" w:hAnsi="Arial" w:cs="Arial"/>
          <w:b w:val="0"/>
          <w:color w:val="0B5D4B"/>
          <w:sz w:val="21"/>
          <w:rtl w:val="1"/>
          <w:szCs w:val="21"/>
        </w:rPr>
        <w:t>🛟 מרחב בטוח: לא מחייבים להקריא מכתב אישי. זו תמיכה ולמידה – לא טיפול; כל דבר מדאיג ← ליועצת.</w:t>
      </w:r>
    </w:p>
    <w:p>
      <w:r>
        <w:br w:type="page"/>
      </w:r>
    </w:p>
    <w:p>
      <w:pPr>
        <w:bidi w:val="1"/>
        <w:spacing w:after="80"/>
        <w:jc w:val="right"/>
      </w:pPr>
      <w:r>
        <w:rPr>
          <w:rFonts w:ascii="Arial" w:hAnsi="Arial" w:cs="Arial"/>
          <w:b/>
          <w:color w:val="1D5FA8"/>
          <w:sz w:val="36"/>
          <w:rtl w:val="1"/>
          <w:szCs w:val="36"/>
          <w:bCs/>
        </w:rPr>
        <w:t>✉️ דואר המכתבים – חוברת יסודי</w:t>
      </w:r>
    </w:p>
    <w:p>
      <w:pPr>
        <w:bidi w:val="1"/>
        <w:spacing w:after="120"/>
        <w:jc w:val="right"/>
      </w:pPr>
      <w:r>
        <w:rPr>
          <w:rFonts w:ascii="Arial" w:hAnsi="Arial" w:cs="Arial"/>
          <w:b w:val="0"/>
          <w:color w:val="5B6472"/>
          <w:sz w:val="22"/>
          <w:rtl w:val="1"/>
          <w:szCs w:val="22"/>
        </w:rPr>
        <w:t>ערכה להדפסה • 🎒 יסודי • כתיבת מכתב אישי ורשמי</w:t>
      </w:r>
    </w:p>
    <w:p>
      <w:pPr>
        <w:bidi w:val="1"/>
        <w:spacing w:after="160"/>
        <w:jc w:val="right"/>
      </w:pPr>
      <w:r>
        <w:rPr>
          <w:rFonts w:ascii="Arial" w:hAnsi="Arial" w:cs="Arial"/>
          <w:b w:val="0"/>
          <w:sz w:val="24"/>
          <w:rtl w:val="1"/>
          <w:szCs w:val="24"/>
        </w:rPr>
        <w:t>שם: ____________________   כיתה: ________   תאריך: ____________</w:t>
      </w:r>
    </w:p>
    <w:p>
      <w:pPr>
        <w:bidi w:val="1"/>
        <w:spacing w:after="80"/>
        <w:jc w:val="right"/>
        <w:shd w:val="clear" w:color="auto" w:fill="E7F0FB"/>
      </w:pPr>
      <w:r>
        <w:rPr>
          <w:rFonts w:ascii="Arial" w:hAnsi="Arial" w:cs="Arial"/>
          <w:b/>
          <w:color w:val="1D5FA8"/>
          <w:sz w:val="28"/>
          <w:rtl w:val="1"/>
          <w:szCs w:val="28"/>
          <w:bCs/>
        </w:rPr>
        <w:t>חלק א׳ – מה יש במכתב?</w:t>
      </w:r>
    </w:p>
    <w:p>
      <w:pPr>
        <w:bidi w:val="1"/>
        <w:spacing w:after="80"/>
        <w:jc w:val="right"/>
      </w:pPr>
      <w:r>
        <w:rPr>
          <w:rFonts w:ascii="Arial" w:hAnsi="Arial" w:cs="Arial"/>
          <w:b w:val="0"/>
          <w:color w:val="444444"/>
          <w:sz w:val="23"/>
          <w:rtl w:val="1"/>
          <w:szCs w:val="23"/>
        </w:rPr>
        <w:t>כל מכתב בנוי מחלקים, כמו בית עם קומות. קראו את המכתב של נועה לסבא שלה.</w:t>
      </w:r>
    </w:p>
    <w:p>
      <w:pPr>
        <w:bidi w:val="1"/>
        <w:spacing w:after="20"/>
        <w:shd w:val="clear" w:color="auto" w:fill="FFFDF6"/>
        <w:jc w:val="left"/>
      </w:pPr>
      <w:r>
        <w:rPr>
          <w:rFonts w:ascii="Arial" w:hAnsi="Arial" w:cs="Arial"/>
          <w:b w:val="0"/>
          <w:sz w:val="24"/>
          <w:rtl w:val="1"/>
          <w:szCs w:val="24"/>
        </w:rPr>
        <w:t>① שוהם, 5.11.2026</w:t>
      </w:r>
    </w:p>
    <w:p>
      <w:pPr>
        <w:bidi w:val="1"/>
        <w:spacing w:after="20"/>
        <w:jc w:val="right"/>
        <w:shd w:val="clear" w:color="auto" w:fill="FFFDF6"/>
      </w:pPr>
      <w:r>
        <w:rPr>
          <w:rFonts w:ascii="Arial" w:hAnsi="Arial" w:cs="Arial"/>
          <w:b w:val="0"/>
          <w:sz w:val="24"/>
          <w:rtl w:val="1"/>
          <w:szCs w:val="24"/>
        </w:rPr>
        <w:t>② סבא משה היקר,</w:t>
      </w:r>
    </w:p>
    <w:p>
      <w:pPr>
        <w:bidi w:val="1"/>
        <w:spacing w:after="20"/>
        <w:jc w:val="right"/>
        <w:shd w:val="clear" w:color="auto" w:fill="FFFDF6"/>
      </w:pPr>
      <w:r>
        <w:rPr>
          <w:rFonts w:ascii="Arial" w:hAnsi="Arial" w:cs="Arial"/>
          <w:b w:val="0"/>
          <w:sz w:val="24"/>
          <w:rtl w:val="1"/>
          <w:szCs w:val="24"/>
        </w:rPr>
        <w:t>③ מה שלומך? איך הגב – כבר אפשר לרכוב שוב על האופניים?</w:t>
      </w:r>
    </w:p>
    <w:p>
      <w:pPr>
        <w:bidi w:val="1"/>
        <w:spacing w:after="20"/>
        <w:jc w:val="right"/>
        <w:shd w:val="clear" w:color="auto" w:fill="FFFDF6"/>
      </w:pPr>
      <w:r>
        <w:rPr>
          <w:rFonts w:ascii="Arial" w:hAnsi="Arial" w:cs="Arial"/>
          <w:b w:val="0"/>
          <w:sz w:val="24"/>
          <w:rtl w:val="1"/>
          <w:szCs w:val="24"/>
        </w:rPr>
        <w:t>④ רציתי לספר לך שבכיתה שתלנו עדשים בצמר גפן. כל בוקר אני בודקת אם הן צמחו, והיום ראיתי עלה ירוק ראשון! המורה אמרה שאני הכי סבלנית בכיתה, ונזכרתי שאתה לימדת אותי לחכות בסבלנות עד שהבצק של החלות יתפח.</w:t>
      </w:r>
    </w:p>
    <w:p>
      <w:pPr>
        <w:bidi w:val="1"/>
        <w:spacing w:after="20"/>
        <w:shd w:val="clear" w:color="auto" w:fill="FFFDF6"/>
        <w:jc w:val="left"/>
      </w:pPr>
      <w:r>
        <w:rPr>
          <w:rFonts w:ascii="Arial" w:hAnsi="Arial" w:cs="Arial"/>
          <w:b w:val="0"/>
          <w:sz w:val="24"/>
          <w:rtl w:val="1"/>
          <w:szCs w:val="24"/>
        </w:rPr>
        <w:t>⑤ מתגעגעת ומחכה לביקור שלך בחנוכה,</w:t>
      </w:r>
    </w:p>
    <w:p>
      <w:pPr>
        <w:bidi w:val="1"/>
        <w:spacing w:after="20"/>
        <w:shd w:val="clear" w:color="auto" w:fill="FFFDF6"/>
        <w:jc w:val="left"/>
      </w:pPr>
      <w:r>
        <w:rPr>
          <w:rFonts w:ascii="Arial" w:hAnsi="Arial" w:cs="Arial"/>
          <w:b w:val="0"/>
          <w:sz w:val="24"/>
          <w:rtl w:val="1"/>
          <w:szCs w:val="24"/>
        </w:rPr>
        <w:t>שולחת חיבוק ענק,</w:t>
      </w:r>
    </w:p>
    <w:p>
      <w:pPr>
        <w:bidi w:val="1"/>
        <w:spacing w:after="20"/>
        <w:shd w:val="clear" w:color="auto" w:fill="FFFDF6"/>
        <w:jc w:val="left"/>
      </w:pPr>
      <w:r>
        <w:rPr>
          <w:rFonts w:ascii="Arial" w:hAnsi="Arial" w:cs="Arial"/>
          <w:b w:val="0"/>
          <w:sz w:val="24"/>
          <w:rtl w:val="1"/>
          <w:szCs w:val="24"/>
        </w:rPr>
        <w:t>⑥ נועה</w:t>
      </w:r>
    </w:p>
    <w:p>
      <w:pPr>
        <w:bidi w:val="1"/>
        <w:spacing w:after="20"/>
        <w:shd w:val="clear" w:color="auto" w:fill="FFFDF6"/>
        <w:jc w:val="left"/>
      </w:pPr>
      <w:r>
        <w:rPr>
          <w:rFonts w:ascii="Arial" w:hAnsi="Arial" w:cs="Arial"/>
          <w:b w:val="0"/>
          <w:sz w:val="24"/>
          <w:rtl w:val="1"/>
          <w:szCs w:val="24"/>
        </w:rPr>
        <w:t>⑦ נ״ב צירפתי ציור של העלה הראשון 🌱</w:t>
      </w:r>
    </w:p>
    <w:p/>
    <w:p>
      <w:pPr>
        <w:bidi w:val="1"/>
        <w:spacing w:after="80"/>
        <w:jc w:val="right"/>
      </w:pPr>
      <w:r>
        <w:rPr>
          <w:rFonts w:ascii="Arial" w:hAnsi="Arial" w:cs="Arial"/>
          <w:b w:val="0"/>
          <w:sz w:val="24"/>
          <w:rtl w:val="1"/>
          <w:szCs w:val="24"/>
        </w:rPr>
        <w:t>כתבו ליד כל מספר את שם החלק:</w:t>
      </w:r>
    </w:p>
    <w:p>
      <w:pPr>
        <w:bidi w:val="1"/>
        <w:spacing w:after="40"/>
        <w:jc w:val="right"/>
      </w:pPr>
      <w:r>
        <w:rPr>
          <w:rFonts w:ascii="Arial" w:hAnsi="Arial" w:cs="Arial"/>
          <w:b w:val="0"/>
          <w:sz w:val="24"/>
          <w:rtl w:val="1"/>
          <w:szCs w:val="24"/>
        </w:rPr>
        <w:t>1 ____________</w:t>
      </w:r>
    </w:p>
    <w:p>
      <w:pPr>
        <w:bidi w:val="1"/>
        <w:spacing w:after="40"/>
        <w:jc w:val="right"/>
      </w:pPr>
      <w:r>
        <w:rPr>
          <w:rFonts w:ascii="Arial" w:hAnsi="Arial" w:cs="Arial"/>
          <w:b w:val="0"/>
          <w:sz w:val="24"/>
          <w:rtl w:val="1"/>
          <w:szCs w:val="24"/>
        </w:rPr>
        <w:t>2 ____________</w:t>
      </w:r>
    </w:p>
    <w:p>
      <w:pPr>
        <w:bidi w:val="1"/>
        <w:spacing w:after="40"/>
        <w:jc w:val="right"/>
      </w:pPr>
      <w:r>
        <w:rPr>
          <w:rFonts w:ascii="Arial" w:hAnsi="Arial" w:cs="Arial"/>
          <w:b w:val="0"/>
          <w:sz w:val="24"/>
          <w:rtl w:val="1"/>
          <w:szCs w:val="24"/>
        </w:rPr>
        <w:t>3 ____________</w:t>
      </w:r>
    </w:p>
    <w:p>
      <w:pPr>
        <w:bidi w:val="1"/>
        <w:spacing w:after="40"/>
        <w:jc w:val="right"/>
      </w:pPr>
      <w:r>
        <w:rPr>
          <w:rFonts w:ascii="Arial" w:hAnsi="Arial" w:cs="Arial"/>
          <w:b w:val="0"/>
          <w:sz w:val="24"/>
          <w:rtl w:val="1"/>
          <w:szCs w:val="24"/>
        </w:rPr>
        <w:t>4 ____________</w:t>
      </w:r>
    </w:p>
    <w:p>
      <w:pPr>
        <w:bidi w:val="1"/>
        <w:spacing w:after="40"/>
        <w:jc w:val="right"/>
      </w:pPr>
      <w:r>
        <w:rPr>
          <w:rFonts w:ascii="Arial" w:hAnsi="Arial" w:cs="Arial"/>
          <w:b w:val="0"/>
          <w:sz w:val="24"/>
          <w:rtl w:val="1"/>
          <w:szCs w:val="24"/>
        </w:rPr>
        <w:t>5 ____________</w:t>
      </w:r>
    </w:p>
    <w:p>
      <w:pPr>
        <w:bidi w:val="1"/>
        <w:spacing w:after="40"/>
        <w:jc w:val="right"/>
      </w:pPr>
      <w:r>
        <w:rPr>
          <w:rFonts w:ascii="Arial" w:hAnsi="Arial" w:cs="Arial"/>
          <w:b w:val="0"/>
          <w:sz w:val="24"/>
          <w:rtl w:val="1"/>
          <w:szCs w:val="24"/>
        </w:rPr>
        <w:t>6 ____________</w:t>
      </w:r>
    </w:p>
    <w:p>
      <w:pPr>
        <w:bidi w:val="1"/>
        <w:spacing w:after="40"/>
        <w:jc w:val="right"/>
      </w:pPr>
      <w:r>
        <w:rPr>
          <w:rFonts w:ascii="Arial" w:hAnsi="Arial" w:cs="Arial"/>
          <w:b w:val="0"/>
          <w:sz w:val="24"/>
          <w:rtl w:val="1"/>
          <w:szCs w:val="24"/>
        </w:rPr>
        <w:t>7 ____________</w:t>
      </w:r>
    </w:p>
    <w:p>
      <w:pPr>
        <w:bidi w:val="1"/>
        <w:spacing w:after="20"/>
        <w:jc w:val="right"/>
        <w:shd w:val="clear" w:color="auto" w:fill="FFF7EF"/>
      </w:pPr>
      <w:r>
        <w:rPr>
          <w:rFonts w:ascii="Arial" w:hAnsi="Arial" w:cs="Arial"/>
          <w:b w:val="0"/>
          <w:sz w:val="24"/>
          <w:rtl w:val="1"/>
          <w:szCs w:val="24"/>
        </w:rPr>
        <w:t>📒 מחסן מילים: מקום ותאריך · פנייה · פתיחה · גוף המכתב · סיום וברכה · חתימה · נ״ב</w:t>
      </w:r>
    </w:p>
    <w:p>
      <w:r>
        <w:br w:type="page"/>
      </w:r>
    </w:p>
    <w:p>
      <w:pPr>
        <w:bidi w:val="1"/>
        <w:spacing w:after="80"/>
        <w:jc w:val="right"/>
        <w:shd w:val="clear" w:color="auto" w:fill="E7F0FB"/>
      </w:pPr>
      <w:r>
        <w:rPr>
          <w:rFonts w:ascii="Arial" w:hAnsi="Arial" w:cs="Arial"/>
          <w:b/>
          <w:color w:val="1D5FA8"/>
          <w:sz w:val="28"/>
          <w:rtl w:val="1"/>
          <w:szCs w:val="28"/>
          <w:bCs/>
        </w:rPr>
        <w:t>חלק ב׳ – אישי או רשמי?</w:t>
      </w:r>
    </w:p>
    <w:p>
      <w:pPr>
        <w:bidi w:val="1"/>
        <w:spacing w:after="80"/>
        <w:jc w:val="right"/>
      </w:pPr>
      <w:r>
        <w:rPr>
          <w:rFonts w:ascii="Arial" w:hAnsi="Arial" w:cs="Arial"/>
          <w:b w:val="0"/>
          <w:color w:val="444444"/>
          <w:sz w:val="23"/>
          <w:rtl w:val="1"/>
          <w:szCs w:val="23"/>
        </w:rPr>
        <w:t>לפני שכותבים שואלים: למי המכתב? ומה המטרה? הקיפו בעיגול: 💛 אישי או 📋 רשמי.</w:t>
      </w:r>
    </w:p>
    <w:tbl>
      <w:tblPr>
        <w:tblStyle w:val="TableGrid"/>
        <w:tblW w:type="auto" w:w="0"/>
        <w:tblLook w:firstColumn="1" w:firstRow="1" w:lastColumn="0" w:lastRow="0" w:noHBand="0" w:noVBand="1" w:val="04A0"/>
        <w:bidiVisual w:val="1"/>
      </w:tblPr>
      <w:tblGrid>
        <w:gridCol w:w="3513"/>
        <w:gridCol w:w="3513"/>
        <w:gridCol w:w="3513"/>
      </w:tblGrid>
      <w:tr>
        <w:tc>
          <w:tcPr>
            <w:tcW w:type="dxa" w:w="3513"/>
            <w:shd w:val="clear" w:color="auto" w:fill="E7F0FB"/>
          </w:tcPr>
          <w:p>
            <w:pPr>
              <w:bidi w:val="1"/>
              <w:jc w:val="right"/>
            </w:pPr>
            <w:r/>
            <w:r>
              <w:rPr>
                <w:rFonts w:ascii="Arial" w:hAnsi="Arial" w:cs="Arial"/>
                <w:b/>
                <w:sz w:val="21"/>
                <w:rtl w:val="1"/>
                <w:szCs w:val="21"/>
                <w:bCs/>
              </w:rPr>
              <w:t>מה כתוב?</w:t>
            </w:r>
          </w:p>
        </w:tc>
        <w:tc>
          <w:tcPr>
            <w:tcW w:type="dxa" w:w="3513"/>
            <w:shd w:val="clear" w:color="auto" w:fill="E7F0FB"/>
          </w:tcPr>
          <w:p>
            <w:pPr>
              <w:bidi w:val="1"/>
              <w:jc w:val="right"/>
            </w:pPr>
            <w:r/>
            <w:r>
              <w:rPr>
                <w:rFonts w:ascii="Arial" w:hAnsi="Arial" w:cs="Arial"/>
                <w:b/>
                <w:sz w:val="21"/>
                <w:rtl w:val="1"/>
                <w:szCs w:val="21"/>
                <w:bCs/>
              </w:rPr>
              <w:t>💛 אישי</w:t>
            </w:r>
          </w:p>
        </w:tc>
        <w:tc>
          <w:tcPr>
            <w:tcW w:type="dxa" w:w="3513"/>
            <w:shd w:val="clear" w:color="auto" w:fill="E7F0FB"/>
          </w:tcPr>
          <w:p>
            <w:pPr>
              <w:bidi w:val="1"/>
              <w:jc w:val="right"/>
            </w:pPr>
            <w:r/>
            <w:r>
              <w:rPr>
                <w:rFonts w:ascii="Arial" w:hAnsi="Arial" w:cs="Arial"/>
                <w:b/>
                <w:sz w:val="21"/>
                <w:rtl w:val="1"/>
                <w:szCs w:val="21"/>
                <w:bCs/>
              </w:rPr>
              <w:t>📋 רשמי</w:t>
            </w:r>
          </w:p>
        </w:tc>
      </w:tr>
      <w:tr>
        <w:tc>
          <w:tcPr>
            <w:tcW w:type="dxa" w:w="3513"/>
          </w:tcPr>
          <w:p>
            <w:pPr>
              <w:bidi w:val="1"/>
              <w:jc w:val="right"/>
            </w:pPr>
            <w:r/>
            <w:r>
              <w:rPr>
                <w:rFonts w:ascii="Arial" w:hAnsi="Arial" w:cs="Arial"/>
                <w:b w:val="0"/>
                <w:sz w:val="21"/>
                <w:rtl w:val="1"/>
                <w:szCs w:val="21"/>
              </w:rPr>
              <w:t>מכתב לסבתא ליום ההולדת שלה</w:t>
            </w:r>
          </w:p>
        </w:tc>
        <w:tc>
          <w:tcPr>
            <w:tcW w:type="dxa" w:w="3513"/>
          </w:tcPr>
          <w:p>
            <w:pPr>
              <w:bidi w:val="1"/>
              <w:jc w:val="right"/>
            </w:pPr>
            <w:r/>
            <w:r>
              <w:rPr>
                <w:rFonts w:ascii="Arial" w:hAnsi="Arial" w:cs="Arial"/>
                <w:b w:val="0"/>
                <w:sz w:val="21"/>
                <w:rtl w:val="1"/>
                <w:szCs w:val="21"/>
              </w:rPr>
              <w:t>◯</w:t>
            </w:r>
          </w:p>
        </w:tc>
        <w:tc>
          <w:tcPr>
            <w:tcW w:type="dxa" w:w="3513"/>
          </w:tcPr>
          <w:p>
            <w:pPr>
              <w:bidi w:val="1"/>
              <w:jc w:val="right"/>
            </w:pPr>
            <w:r/>
            <w:r>
              <w:rPr>
                <w:rFonts w:ascii="Arial" w:hAnsi="Arial" w:cs="Arial"/>
                <w:b w:val="0"/>
                <w:sz w:val="21"/>
                <w:rtl w:val="1"/>
                <w:szCs w:val="21"/>
              </w:rPr>
              <w:t>◯</w:t>
            </w:r>
          </w:p>
        </w:tc>
      </w:tr>
      <w:tr>
        <w:tc>
          <w:tcPr>
            <w:tcW w:type="dxa" w:w="3513"/>
          </w:tcPr>
          <w:p>
            <w:pPr>
              <w:bidi w:val="1"/>
              <w:jc w:val="right"/>
            </w:pPr>
            <w:r/>
            <w:r>
              <w:rPr>
                <w:rFonts w:ascii="Arial" w:hAnsi="Arial" w:cs="Arial"/>
                <w:b w:val="0"/>
                <w:sz w:val="21"/>
                <w:rtl w:val="1"/>
                <w:szCs w:val="21"/>
              </w:rPr>
              <w:t>מכתב למנהלת: בקשה לפתוח פינת ספרים בהפסקה</w:t>
            </w:r>
          </w:p>
        </w:tc>
        <w:tc>
          <w:tcPr>
            <w:tcW w:type="dxa" w:w="3513"/>
          </w:tcPr>
          <w:p>
            <w:pPr>
              <w:bidi w:val="1"/>
              <w:jc w:val="right"/>
            </w:pPr>
            <w:r/>
            <w:r>
              <w:rPr>
                <w:rFonts w:ascii="Arial" w:hAnsi="Arial" w:cs="Arial"/>
                <w:b w:val="0"/>
                <w:sz w:val="21"/>
                <w:rtl w:val="1"/>
                <w:szCs w:val="21"/>
              </w:rPr>
              <w:t>◯</w:t>
            </w:r>
          </w:p>
        </w:tc>
        <w:tc>
          <w:tcPr>
            <w:tcW w:type="dxa" w:w="3513"/>
          </w:tcPr>
          <w:p>
            <w:pPr>
              <w:bidi w:val="1"/>
              <w:jc w:val="right"/>
            </w:pPr>
            <w:r/>
            <w:r>
              <w:rPr>
                <w:rFonts w:ascii="Arial" w:hAnsi="Arial" w:cs="Arial"/>
                <w:b w:val="0"/>
                <w:sz w:val="21"/>
                <w:rtl w:val="1"/>
                <w:szCs w:val="21"/>
              </w:rPr>
              <w:t>◯</w:t>
            </w:r>
          </w:p>
        </w:tc>
      </w:tr>
      <w:tr>
        <w:tc>
          <w:tcPr>
            <w:tcW w:type="dxa" w:w="3513"/>
          </w:tcPr>
          <w:p>
            <w:pPr>
              <w:bidi w:val="1"/>
              <w:jc w:val="right"/>
            </w:pPr>
            <w:r/>
            <w:r>
              <w:rPr>
                <w:rFonts w:ascii="Arial" w:hAnsi="Arial" w:cs="Arial"/>
                <w:b w:val="0"/>
                <w:sz w:val="21"/>
                <w:rtl w:val="1"/>
                <w:szCs w:val="21"/>
              </w:rPr>
              <w:t>"היי! מה נשמע?"</w:t>
            </w:r>
          </w:p>
        </w:tc>
        <w:tc>
          <w:tcPr>
            <w:tcW w:type="dxa" w:w="3513"/>
          </w:tcPr>
          <w:p>
            <w:pPr>
              <w:bidi w:val="1"/>
              <w:jc w:val="right"/>
            </w:pPr>
            <w:r/>
            <w:r>
              <w:rPr>
                <w:rFonts w:ascii="Arial" w:hAnsi="Arial" w:cs="Arial"/>
                <w:b w:val="0"/>
                <w:sz w:val="21"/>
                <w:rtl w:val="1"/>
                <w:szCs w:val="21"/>
              </w:rPr>
              <w:t>◯</w:t>
            </w:r>
          </w:p>
        </w:tc>
        <w:tc>
          <w:tcPr>
            <w:tcW w:type="dxa" w:w="3513"/>
          </w:tcPr>
          <w:p>
            <w:pPr>
              <w:bidi w:val="1"/>
              <w:jc w:val="right"/>
            </w:pPr>
            <w:r/>
            <w:r>
              <w:rPr>
                <w:rFonts w:ascii="Arial" w:hAnsi="Arial" w:cs="Arial"/>
                <w:b w:val="0"/>
                <w:sz w:val="21"/>
                <w:rtl w:val="1"/>
                <w:szCs w:val="21"/>
              </w:rPr>
              <w:t>◯</w:t>
            </w:r>
          </w:p>
        </w:tc>
      </w:tr>
      <w:tr>
        <w:tc>
          <w:tcPr>
            <w:tcW w:type="dxa" w:w="3513"/>
          </w:tcPr>
          <w:p>
            <w:pPr>
              <w:bidi w:val="1"/>
              <w:jc w:val="right"/>
            </w:pPr>
            <w:r/>
            <w:r>
              <w:rPr>
                <w:rFonts w:ascii="Arial" w:hAnsi="Arial" w:cs="Arial"/>
                <w:b w:val="0"/>
                <w:sz w:val="21"/>
                <w:rtl w:val="1"/>
                <w:szCs w:val="21"/>
              </w:rPr>
              <w:t>"שלום רב,"</w:t>
            </w:r>
          </w:p>
        </w:tc>
        <w:tc>
          <w:tcPr>
            <w:tcW w:type="dxa" w:w="3513"/>
          </w:tcPr>
          <w:p>
            <w:pPr>
              <w:bidi w:val="1"/>
              <w:jc w:val="right"/>
            </w:pPr>
            <w:r/>
            <w:r>
              <w:rPr>
                <w:rFonts w:ascii="Arial" w:hAnsi="Arial" w:cs="Arial"/>
                <w:b w:val="0"/>
                <w:sz w:val="21"/>
                <w:rtl w:val="1"/>
                <w:szCs w:val="21"/>
              </w:rPr>
              <w:t>◯</w:t>
            </w:r>
          </w:p>
        </w:tc>
        <w:tc>
          <w:tcPr>
            <w:tcW w:type="dxa" w:w="3513"/>
          </w:tcPr>
          <w:p>
            <w:pPr>
              <w:bidi w:val="1"/>
              <w:jc w:val="right"/>
            </w:pPr>
            <w:r/>
            <w:r>
              <w:rPr>
                <w:rFonts w:ascii="Arial" w:hAnsi="Arial" w:cs="Arial"/>
                <w:b w:val="0"/>
                <w:sz w:val="21"/>
                <w:rtl w:val="1"/>
                <w:szCs w:val="21"/>
              </w:rPr>
              <w:t>◯</w:t>
            </w:r>
          </w:p>
        </w:tc>
      </w:tr>
      <w:tr>
        <w:tc>
          <w:tcPr>
            <w:tcW w:type="dxa" w:w="3513"/>
          </w:tcPr>
          <w:p>
            <w:pPr>
              <w:bidi w:val="1"/>
              <w:jc w:val="right"/>
            </w:pPr>
            <w:r/>
            <w:r>
              <w:rPr>
                <w:rFonts w:ascii="Arial" w:hAnsi="Arial" w:cs="Arial"/>
                <w:b w:val="0"/>
                <w:sz w:val="21"/>
                <w:rtl w:val="1"/>
                <w:szCs w:val="21"/>
              </w:rPr>
              <w:t>"באהבה,"</w:t>
            </w:r>
          </w:p>
        </w:tc>
        <w:tc>
          <w:tcPr>
            <w:tcW w:type="dxa" w:w="3513"/>
          </w:tcPr>
          <w:p>
            <w:pPr>
              <w:bidi w:val="1"/>
              <w:jc w:val="right"/>
            </w:pPr>
            <w:r/>
            <w:r>
              <w:rPr>
                <w:rFonts w:ascii="Arial" w:hAnsi="Arial" w:cs="Arial"/>
                <w:b w:val="0"/>
                <w:sz w:val="21"/>
                <w:rtl w:val="1"/>
                <w:szCs w:val="21"/>
              </w:rPr>
              <w:t>◯</w:t>
            </w:r>
          </w:p>
        </w:tc>
        <w:tc>
          <w:tcPr>
            <w:tcW w:type="dxa" w:w="3513"/>
          </w:tcPr>
          <w:p>
            <w:pPr>
              <w:bidi w:val="1"/>
              <w:jc w:val="right"/>
            </w:pPr>
            <w:r/>
            <w:r>
              <w:rPr>
                <w:rFonts w:ascii="Arial" w:hAnsi="Arial" w:cs="Arial"/>
                <w:b w:val="0"/>
                <w:sz w:val="21"/>
                <w:rtl w:val="1"/>
                <w:szCs w:val="21"/>
              </w:rPr>
              <w:t>◯</w:t>
            </w:r>
          </w:p>
        </w:tc>
      </w:tr>
      <w:tr>
        <w:tc>
          <w:tcPr>
            <w:tcW w:type="dxa" w:w="3513"/>
          </w:tcPr>
          <w:p>
            <w:pPr>
              <w:bidi w:val="1"/>
              <w:jc w:val="right"/>
            </w:pPr>
            <w:r/>
            <w:r>
              <w:rPr>
                <w:rFonts w:ascii="Arial" w:hAnsi="Arial" w:cs="Arial"/>
                <w:b w:val="0"/>
                <w:sz w:val="21"/>
                <w:rtl w:val="1"/>
                <w:szCs w:val="21"/>
              </w:rPr>
              <w:t>"בברכה,"</w:t>
            </w:r>
          </w:p>
        </w:tc>
        <w:tc>
          <w:tcPr>
            <w:tcW w:type="dxa" w:w="3513"/>
          </w:tcPr>
          <w:p>
            <w:pPr>
              <w:bidi w:val="1"/>
              <w:jc w:val="right"/>
            </w:pPr>
            <w:r/>
            <w:r>
              <w:rPr>
                <w:rFonts w:ascii="Arial" w:hAnsi="Arial" w:cs="Arial"/>
                <w:b w:val="0"/>
                <w:sz w:val="21"/>
                <w:rtl w:val="1"/>
                <w:szCs w:val="21"/>
              </w:rPr>
              <w:t>◯</w:t>
            </w:r>
          </w:p>
        </w:tc>
        <w:tc>
          <w:tcPr>
            <w:tcW w:type="dxa" w:w="3513"/>
          </w:tcPr>
          <w:p>
            <w:pPr>
              <w:bidi w:val="1"/>
              <w:jc w:val="right"/>
            </w:pPr>
            <w:r/>
            <w:r>
              <w:rPr>
                <w:rFonts w:ascii="Arial" w:hAnsi="Arial" w:cs="Arial"/>
                <w:b w:val="0"/>
                <w:sz w:val="21"/>
                <w:rtl w:val="1"/>
                <w:szCs w:val="21"/>
              </w:rPr>
              <w:t>◯</w:t>
            </w:r>
          </w:p>
        </w:tc>
      </w:tr>
      <w:tr>
        <w:tc>
          <w:tcPr>
            <w:tcW w:type="dxa" w:w="3513"/>
          </w:tcPr>
          <w:p>
            <w:pPr>
              <w:bidi w:val="1"/>
              <w:jc w:val="right"/>
            </w:pPr>
            <w:r/>
            <w:r>
              <w:rPr>
                <w:rFonts w:ascii="Arial" w:hAnsi="Arial" w:cs="Arial"/>
                <w:b w:val="0"/>
                <w:sz w:val="21"/>
                <w:rtl w:val="1"/>
                <w:szCs w:val="21"/>
              </w:rPr>
              <w:t>"אני מתגעגעת אלייך המון!"</w:t>
            </w:r>
          </w:p>
        </w:tc>
        <w:tc>
          <w:tcPr>
            <w:tcW w:type="dxa" w:w="3513"/>
          </w:tcPr>
          <w:p>
            <w:pPr>
              <w:bidi w:val="1"/>
              <w:jc w:val="right"/>
            </w:pPr>
            <w:r/>
            <w:r>
              <w:rPr>
                <w:rFonts w:ascii="Arial" w:hAnsi="Arial" w:cs="Arial"/>
                <w:b w:val="0"/>
                <w:sz w:val="21"/>
                <w:rtl w:val="1"/>
                <w:szCs w:val="21"/>
              </w:rPr>
              <w:t>◯</w:t>
            </w:r>
          </w:p>
        </w:tc>
        <w:tc>
          <w:tcPr>
            <w:tcW w:type="dxa" w:w="3513"/>
          </w:tcPr>
          <w:p>
            <w:pPr>
              <w:bidi w:val="1"/>
              <w:jc w:val="right"/>
            </w:pPr>
            <w:r/>
            <w:r>
              <w:rPr>
                <w:rFonts w:ascii="Arial" w:hAnsi="Arial" w:cs="Arial"/>
                <w:b w:val="0"/>
                <w:sz w:val="21"/>
                <w:rtl w:val="1"/>
                <w:szCs w:val="21"/>
              </w:rPr>
              <w:t>◯</w:t>
            </w:r>
          </w:p>
        </w:tc>
      </w:tr>
      <w:tr>
        <w:tc>
          <w:tcPr>
            <w:tcW w:type="dxa" w:w="3513"/>
          </w:tcPr>
          <w:p>
            <w:pPr>
              <w:bidi w:val="1"/>
              <w:jc w:val="right"/>
            </w:pPr>
            <w:r/>
            <w:r>
              <w:rPr>
                <w:rFonts w:ascii="Arial" w:hAnsi="Arial" w:cs="Arial"/>
                <w:b w:val="0"/>
                <w:sz w:val="21"/>
                <w:rtl w:val="1"/>
                <w:szCs w:val="21"/>
              </w:rPr>
              <w:t>מכתב לעירייה: הנדנדה בגינה שבורה</w:t>
            </w:r>
          </w:p>
        </w:tc>
        <w:tc>
          <w:tcPr>
            <w:tcW w:type="dxa" w:w="3513"/>
          </w:tcPr>
          <w:p>
            <w:pPr>
              <w:bidi w:val="1"/>
              <w:jc w:val="right"/>
            </w:pPr>
            <w:r/>
            <w:r>
              <w:rPr>
                <w:rFonts w:ascii="Arial" w:hAnsi="Arial" w:cs="Arial"/>
                <w:b w:val="0"/>
                <w:sz w:val="21"/>
                <w:rtl w:val="1"/>
                <w:szCs w:val="21"/>
              </w:rPr>
              <w:t>◯</w:t>
            </w:r>
          </w:p>
        </w:tc>
        <w:tc>
          <w:tcPr>
            <w:tcW w:type="dxa" w:w="3513"/>
          </w:tcPr>
          <w:p>
            <w:pPr>
              <w:bidi w:val="1"/>
              <w:jc w:val="right"/>
            </w:pPr>
            <w:r/>
            <w:r>
              <w:rPr>
                <w:rFonts w:ascii="Arial" w:hAnsi="Arial" w:cs="Arial"/>
                <w:b w:val="0"/>
                <w:sz w:val="21"/>
                <w:rtl w:val="1"/>
                <w:szCs w:val="21"/>
              </w:rPr>
              <w:t>◯</w:t>
            </w:r>
          </w:p>
        </w:tc>
      </w:tr>
    </w:tbl>
    <w:p/>
    <w:p>
      <w:pPr>
        <w:bidi w:val="1"/>
        <w:spacing w:after="20"/>
        <w:jc w:val="right"/>
        <w:shd w:val="clear" w:color="auto" w:fill="FFF7EF"/>
      </w:pPr>
      <w:r>
        <w:rPr>
          <w:rFonts w:ascii="Arial" w:hAnsi="Arial" w:cs="Arial"/>
          <w:b w:val="0"/>
          <w:sz w:val="24"/>
          <w:rtl w:val="1"/>
          <w:szCs w:val="24"/>
        </w:rPr>
        <w:t>🔧 המכתב של תמר לרוני – יש בו 4 טעויות! מתחו קו על כל שורה שגויה וכתבו מעליה את התיקון.</w:t>
      </w:r>
    </w:p>
    <w:p>
      <w:pPr>
        <w:bidi w:val="1"/>
        <w:spacing w:after="20"/>
        <w:shd w:val="clear" w:color="auto" w:fill="FFFDF6"/>
        <w:jc w:val="left"/>
      </w:pPr>
      <w:r>
        <w:rPr>
          <w:rFonts w:ascii="Arial" w:hAnsi="Arial" w:cs="Arial"/>
          <w:b w:val="0"/>
          <w:sz w:val="24"/>
          <w:rtl w:val="1"/>
          <w:szCs w:val="24"/>
        </w:rPr>
        <w:t>1.12.2026</w:t>
      </w:r>
    </w:p>
    <w:p>
      <w:pPr>
        <w:bidi w:val="1"/>
        <w:spacing w:after="20"/>
        <w:jc w:val="right"/>
        <w:shd w:val="clear" w:color="auto" w:fill="FFFDF6"/>
      </w:pPr>
      <w:r>
        <w:rPr>
          <w:rFonts w:ascii="Arial" w:hAnsi="Arial" w:cs="Arial"/>
          <w:b w:val="0"/>
          <w:sz w:val="24"/>
          <w:rtl w:val="1"/>
          <w:szCs w:val="24"/>
        </w:rPr>
        <w:t>לכבוד רוני,</w:t>
      </w:r>
    </w:p>
    <w:p>
      <w:pPr>
        <w:bidi w:val="1"/>
        <w:spacing w:after="20"/>
        <w:jc w:val="right"/>
        <w:shd w:val="clear" w:color="auto" w:fill="FFFDF6"/>
      </w:pPr>
      <w:r>
        <w:rPr>
          <w:rFonts w:ascii="Arial" w:hAnsi="Arial" w:cs="Arial"/>
          <w:b w:val="0"/>
          <w:sz w:val="24"/>
          <w:rtl w:val="1"/>
          <w:szCs w:val="24"/>
        </w:rPr>
        <w:t>מה שלומך? איך היה בטיול השנתי?</w:t>
      </w:r>
    </w:p>
    <w:p>
      <w:pPr>
        <w:bidi w:val="1"/>
        <w:spacing w:after="20"/>
        <w:jc w:val="right"/>
        <w:shd w:val="clear" w:color="auto" w:fill="FFFDF6"/>
      </w:pPr>
      <w:r>
        <w:rPr>
          <w:rFonts w:ascii="Arial" w:hAnsi="Arial" w:cs="Arial"/>
          <w:b w:val="0"/>
          <w:sz w:val="24"/>
          <w:rtl w:val="1"/>
          <w:szCs w:val="24"/>
        </w:rPr>
        <w:t>אתמול ראיתי סרט מצחיק על פינגווין שלמד לעוף.</w:t>
      </w:r>
    </w:p>
    <w:p>
      <w:pPr>
        <w:bidi w:val="1"/>
        <w:spacing w:after="20"/>
        <w:jc w:val="center"/>
        <w:shd w:val="clear" w:color="auto" w:fill="FFFDF6"/>
      </w:pPr>
      <w:r>
        <w:rPr>
          <w:rFonts w:ascii="Arial" w:hAnsi="Arial" w:cs="Arial"/>
          <w:b/>
          <w:sz w:val="24"/>
          <w:rtl w:val="1"/>
          <w:szCs w:val="24"/>
          <w:bCs/>
        </w:rPr>
        <w:t>הנדון: הסרט</w:t>
      </w:r>
    </w:p>
    <w:p>
      <w:pPr>
        <w:bidi w:val="1"/>
        <w:spacing w:after="20"/>
        <w:jc w:val="right"/>
        <w:shd w:val="clear" w:color="auto" w:fill="FFFDF6"/>
      </w:pPr>
      <w:r>
        <w:rPr>
          <w:rFonts w:ascii="Arial" w:hAnsi="Arial" w:cs="Arial"/>
          <w:b w:val="0"/>
          <w:sz w:val="24"/>
          <w:rtl w:val="1"/>
          <w:szCs w:val="24"/>
        </w:rPr>
        <w:t>אני מקווה שניפגש בחופש.</w:t>
      </w:r>
    </w:p>
    <w:p>
      <w:pPr>
        <w:bidi w:val="1"/>
        <w:spacing w:after="20"/>
        <w:shd w:val="clear" w:color="auto" w:fill="FFFDF6"/>
        <w:jc w:val="left"/>
      </w:pPr>
      <w:r>
        <w:rPr>
          <w:rFonts w:ascii="Arial" w:hAnsi="Arial" w:cs="Arial"/>
          <w:b w:val="0"/>
          <w:sz w:val="24"/>
          <w:rtl w:val="1"/>
          <w:szCs w:val="24"/>
        </w:rPr>
        <w:t>בכבוד רב,</w:t>
      </w:r>
    </w:p>
    <w:p>
      <w:pPr>
        <w:bidi w:val="1"/>
        <w:spacing w:after="20"/>
        <w:shd w:val="clear" w:color="auto" w:fill="FFFDF6"/>
        <w:jc w:val="left"/>
      </w:pPr>
      <w:r>
        <w:rPr>
          <w:rFonts w:ascii="Arial" w:hAnsi="Arial" w:cs="Arial"/>
          <w:b w:val="0"/>
          <w:sz w:val="24"/>
          <w:rtl w:val="1"/>
          <w:szCs w:val="24"/>
        </w:rPr>
        <w:t>(אין חתימה)</w:t>
      </w:r>
    </w:p>
    <w:p/>
    <w:p>
      <w:r>
        <w:br w:type="page"/>
      </w:r>
    </w:p>
    <w:p>
      <w:pPr>
        <w:bidi w:val="1"/>
        <w:spacing w:after="80"/>
        <w:jc w:val="right"/>
        <w:shd w:val="clear" w:color="auto" w:fill="E7F0FB"/>
      </w:pPr>
      <w:r>
        <w:rPr>
          <w:rFonts w:ascii="Arial" w:hAnsi="Arial" w:cs="Arial"/>
          <w:b/>
          <w:color w:val="1D5FA8"/>
          <w:sz w:val="28"/>
          <w:rtl w:val="1"/>
          <w:szCs w:val="28"/>
          <w:bCs/>
        </w:rPr>
        <w:t>חלק ג׳ – כותבים מכתב תודה</w:t>
      </w:r>
    </w:p>
    <w:p>
      <w:pPr>
        <w:bidi w:val="1"/>
        <w:spacing w:after="80"/>
        <w:jc w:val="right"/>
      </w:pPr>
      <w:r>
        <w:rPr>
          <w:rFonts w:ascii="Arial" w:hAnsi="Arial" w:cs="Arial"/>
          <w:b w:val="0"/>
          <w:color w:val="444444"/>
          <w:sz w:val="23"/>
          <w:rtl w:val="1"/>
          <w:szCs w:val="23"/>
        </w:rPr>
        <w:t>בחרו מישהו שעשה לכם טוב: סבא או סבתא, חבר/ה, השומר/ת או הספרנית. ספרו מה עשה/תה ואיך הרגשתם.</w:t>
      </w:r>
    </w:p>
    <w:p>
      <w:pPr>
        <w:bidi w:val="1"/>
        <w:spacing w:after="40"/>
        <w:jc w:val="right"/>
      </w:pPr>
      <w:r>
        <w:rPr>
          <w:rFonts w:ascii="Arial" w:hAnsi="Arial" w:cs="Arial"/>
          <w:b w:val="0"/>
          <w:sz w:val="24"/>
          <w:rtl w:val="1"/>
          <w:szCs w:val="24"/>
        </w:rPr>
        <w:t>☐ כתבתי מקום ותאריך</w:t>
      </w:r>
    </w:p>
    <w:p>
      <w:pPr>
        <w:bidi w:val="1"/>
        <w:spacing w:after="40"/>
        <w:jc w:val="right"/>
      </w:pPr>
      <w:r>
        <w:rPr>
          <w:rFonts w:ascii="Arial" w:hAnsi="Arial" w:cs="Arial"/>
          <w:b w:val="0"/>
          <w:sz w:val="24"/>
          <w:rtl w:val="1"/>
          <w:szCs w:val="24"/>
        </w:rPr>
        <w:t>☐ פניתי בחום</w:t>
      </w:r>
    </w:p>
    <w:p>
      <w:pPr>
        <w:bidi w:val="1"/>
        <w:spacing w:after="40"/>
        <w:jc w:val="right"/>
      </w:pPr>
      <w:r>
        <w:rPr>
          <w:rFonts w:ascii="Arial" w:hAnsi="Arial" w:cs="Arial"/>
          <w:b w:val="0"/>
          <w:sz w:val="24"/>
          <w:rtl w:val="1"/>
          <w:szCs w:val="24"/>
        </w:rPr>
        <w:t>☐ סיפרתי פרט אחד מעניין</w:t>
      </w:r>
    </w:p>
    <w:p>
      <w:pPr>
        <w:bidi w:val="1"/>
        <w:spacing w:after="40"/>
        <w:jc w:val="right"/>
      </w:pPr>
      <w:r>
        <w:rPr>
          <w:rFonts w:ascii="Arial" w:hAnsi="Arial" w:cs="Arial"/>
          <w:b w:val="0"/>
          <w:sz w:val="24"/>
          <w:rtl w:val="1"/>
          <w:szCs w:val="24"/>
        </w:rPr>
        <w:t>☐ סיימתי במילים חמות</w:t>
      </w:r>
    </w:p>
    <w:p>
      <w:pPr>
        <w:bidi w:val="1"/>
        <w:spacing w:after="40"/>
        <w:jc w:val="right"/>
      </w:pPr>
      <w:r>
        <w:rPr>
          <w:rFonts w:ascii="Arial" w:hAnsi="Arial" w:cs="Arial"/>
          <w:b w:val="0"/>
          <w:sz w:val="24"/>
          <w:rtl w:val="1"/>
          <w:szCs w:val="24"/>
        </w:rPr>
        <w:t>☐ חתמתי</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p>
      <w:pPr>
        <w:bidi w:val="1"/>
        <w:spacing w:after="40"/>
        <w:jc w:val="right"/>
      </w:pPr>
      <w:r>
        <w:rPr>
          <w:rFonts w:ascii="Arial" w:hAnsi="Arial" w:cs="Arial"/>
          <w:b w:val="0"/>
          <w:color w:val="BBBBBB"/>
          <w:sz w:val="24"/>
          <w:rtl w:val="1"/>
          <w:szCs w:val="24"/>
        </w:rPr>
        <w:t>______________________________________________________________________</w:t>
      </w:r>
    </w:p>
    <w:tbl>
      <w:tblPr>
        <w:tblStyle w:val="TableGrid"/>
        <w:tblW w:type="auto" w:w="0"/>
        <w:tblLook w:firstColumn="1" w:firstRow="1" w:lastColumn="0" w:lastRow="0" w:noHBand="0" w:noVBand="1" w:val="04A0"/>
        <w:bidiVisual w:val="1"/>
      </w:tblPr>
      <w:tblGrid>
        <w:gridCol w:w="10540"/>
      </w:tblGrid>
      <w:tr>
        <w:tc>
          <w:tcPr>
            <w:tcW w:type="dxa" w:w="10540"/>
            <w:shd w:val="clear" w:color="auto" w:fill="E7F0FB"/>
          </w:tcPr>
          <w:p>
            <w:pPr>
              <w:bidi w:val="1"/>
              <w:jc w:val="right"/>
            </w:pPr>
            <w:r/>
            <w:r>
              <w:rPr>
                <w:rFonts w:ascii="Arial" w:hAnsi="Arial" w:cs="Arial"/>
                <w:b/>
                <w:sz w:val="22"/>
                <w:rtl w:val="1"/>
                <w:szCs w:val="22"/>
                <w:bCs/>
              </w:rPr>
              <w:t>✂️ כרטיס יציאה · שם: ____________</w:t>
            </w:r>
          </w:p>
        </w:tc>
      </w:tr>
      <w:tr>
        <w:tc>
          <w:tcPr>
            <w:tcW w:type="dxa" w:w="10540"/>
          </w:tcPr>
          <w:p>
            <w:pPr>
              <w:bidi w:val="1"/>
              <w:jc w:val="right"/>
            </w:pPr>
            <w:r/>
            <w:r>
              <w:rPr>
                <w:rFonts w:ascii="Arial" w:hAnsi="Arial" w:cs="Arial"/>
                <w:b w:val="0"/>
                <w:sz w:val="22"/>
                <w:rtl w:val="1"/>
                <w:szCs w:val="22"/>
              </w:rPr>
              <w:t>1. שני חלקים שיש בכל מכתב: ____________ ו־____________</w:t>
            </w:r>
          </w:p>
        </w:tc>
      </w:tr>
      <w:tr>
        <w:tc>
          <w:tcPr>
            <w:tcW w:type="dxa" w:w="10540"/>
          </w:tcPr>
          <w:p>
            <w:pPr>
              <w:bidi w:val="1"/>
              <w:jc w:val="right"/>
            </w:pPr>
            <w:r/>
            <w:r>
              <w:rPr>
                <w:rFonts w:ascii="Arial" w:hAnsi="Arial" w:cs="Arial"/>
                <w:b w:val="0"/>
                <w:sz w:val="22"/>
                <w:rtl w:val="1"/>
                <w:szCs w:val="22"/>
              </w:rPr>
              <w:t>2. איך מסיימים מכתב לסבתא? ____________ ולמנהלת? ____________</w:t>
            </w:r>
          </w:p>
        </w:tc>
      </w:tr>
      <w:tr>
        <w:tc>
          <w:tcPr>
            <w:tcW w:type="dxa" w:w="10540"/>
          </w:tcPr>
          <w:p>
            <w:pPr>
              <w:bidi w:val="1"/>
              <w:jc w:val="right"/>
            </w:pPr>
            <w:r/>
            <w:r>
              <w:rPr>
                <w:rFonts w:ascii="Arial" w:hAnsi="Arial" w:cs="Arial"/>
                <w:b w:val="0"/>
                <w:sz w:val="22"/>
                <w:rtl w:val="1"/>
                <w:szCs w:val="22"/>
              </w:rPr>
              <w:t>3. למי אשלח מכתב תודה השבוע? ____________</w:t>
            </w:r>
          </w:p>
        </w:tc>
      </w:tr>
    </w:tbl>
    <w:p/>
    <w:p>
      <w:pPr>
        <w:bidi w:val="1"/>
        <w:spacing w:after="80"/>
        <w:jc w:val="right"/>
      </w:pPr>
      <w:r>
        <w:rPr>
          <w:rFonts w:ascii="Arial" w:hAnsi="Arial" w:cs="Arial"/>
          <w:b w:val="0"/>
          <w:color w:val="5B6472"/>
          <w:sz w:val="20"/>
          <w:rtl w:val="1"/>
          <w:szCs w:val="20"/>
        </w:rPr>
        <w:t>יצרה: רוית ראש בן ישי · ✉️ דואר המכתבים – חוברת יסודי</w:t>
      </w:r>
    </w:p>
    <w:sectPr w:rsidR="00FC693F" w:rsidRPr="0006063C" w:rsidSect="00034616">
      <w:pgSz w:w="12240" w:h="15840"/>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